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color w:val="1C2A44"/>
        </w:rPr>
        <w:t>DUBLIN SALON OWNER'S MONDAY SHEET</w:t>
      </w:r>
    </w:p>
    <w:p>
      <w:r>
        <w:t>Week starting: ____ / ____ / ______     Filled in by: ______________________</w:t>
      </w:r>
    </w:p>
    <w:p>
      <w:pPr>
        <w:pStyle w:val="Heading2"/>
      </w:pPr>
      <w:r>
        <w:rPr>
          <w:rFonts w:ascii="Arial" w:hAnsi="Arial"/>
          <w:color w:val="1C2A44"/>
        </w:rPr>
        <w:t>1. Chair and rota gaps this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Day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Who's off or short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Bookings affected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Who's covering / moved to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Sorted?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Mon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Tue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Wed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Thu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Fri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Sat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Sun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2. Last week's no-shows and late cancels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Client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Service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Value €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Deposit kept?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Rebooked?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3. Stock and supplier bills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Product / supplier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Reorder or bill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Amount €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/>
                <w:sz w:val="17"/>
              </w:rPr>
              <w:t>Done?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176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4. Reviews to answer (Google, Fresha, Treatwell, Facebook)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20"/>
        <w:gridCol w:w="2720"/>
        <w:gridCol w:w="2720"/>
        <w:gridCol w:w="2720"/>
      </w:tblGrid>
      <w:tr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Stars</w:t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Where</w:t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/>
                <w:sz w:val="17"/>
              </w:rPr>
              <w:t>Reply sent?</w:t>
            </w:r>
          </w:p>
        </w:tc>
      </w:tr>
      <w:tr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  <w:tr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  <w:tc>
          <w:tcPr>
            <w:tcW w:type="dxa" w:w="2720"/>
          </w:tcPr>
          <w:p>
            <w:pPr>
              <w:spacing w:after="0"/>
            </w:pPr>
            <w:r>
              <w:rPr>
                <w:b w:val="0"/>
                <w:sz w:val="17"/>
              </w:rPr>
              <w:t>☐</w:t>
            </w:r>
          </w:p>
        </w:tc>
      </w:tr>
    </w:tbl>
    <w:p>
      <w:pPr>
        <w:pStyle w:val="Heading2"/>
      </w:pPr>
      <w:r>
        <w:rPr>
          <w:rFonts w:ascii="Arial" w:hAnsi="Arial"/>
          <w:color w:val="1C2A44"/>
        </w:rPr>
        <w:t>5. One post this week</w:t>
      </w:r>
    </w:p>
    <w:p>
      <w:r>
        <w:t>Photo of: ______________________   Caption idea: ______________________________   Posted? ☐</w:t>
      </w:r>
    </w:p>
    <w:p>
      <w:pPr>
        <w:pStyle w:val="Heading2"/>
      </w:pPr>
      <w:r>
        <w:rPr>
          <w:rFonts w:ascii="Arial" w:hAnsi="Arial"/>
          <w:color w:val="1C2A44"/>
        </w:rPr>
        <w:t>6. Till against card machine (last week)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pPr>
              <w:spacing w:after="0"/>
            </w:pPr>
            <w:r>
              <w:rPr>
                <w:b/>
                <w:sz w:val="17"/>
              </w:rPr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/>
                <w:sz w:val="17"/>
              </w:rPr>
              <w:t>€</w:t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Card takings (terminal report)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Cash takings (counted)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Booking-app / online prepaid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Total taken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Total on booking system for the week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  <w:t>Difference (explain below)</w:t>
            </w:r>
          </w:p>
        </w:tc>
        <w:tc>
          <w:tcPr>
            <w:tcW w:type="dxa" w:w="5440"/>
          </w:tcPr>
          <w:p>
            <w:pPr>
              <w:spacing w:after="0"/>
            </w:pPr>
            <w:r>
              <w:rPr>
                <w:b w:val="0"/>
                <w:sz w:val="17"/>
              </w:rPr>
            </w:r>
          </w:p>
        </w:tc>
      </w:tr>
    </w:tbl>
    <w:p>
      <w:r>
        <w:t>Notes: ____________________________________________________________________________</w:t>
      </w:r>
    </w:p>
    <w:p>
      <w:r>
        <w:rPr>
          <w:i/>
          <w:sz w:val="17"/>
        </w:rPr>
        <w:t>Free from Dublin Salon Desk Kit. Not tax, accounting or employment advice.</w:t>
      </w:r>
    </w:p>
    <w:sectPr w:rsidR="00FC693F" w:rsidRPr="0006063C" w:rsidSect="00034616"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Dublin salon owner's Monday sheet</dc:title>
  <dc:subject/>
  <dc:creator>Dublin Salon Desk Kit</dc:creator>
  <cp:keywords/>
  <dc:description/>
  <cp:lastModifiedBy>Dublin Salon Desk Kit</cp:lastModifiedBy>
  <cp:revision>1</cp:revision>
  <dcterms:created xsi:type="dcterms:W3CDTF">2026-10-07T09:00:00Z</dcterms:created>
  <dcterms:modified xsi:type="dcterms:W3CDTF">2026-10-07T09:00:00Z</dcterms:modified>
  <cp:category/>
</cp:coreProperties>
</file>